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משמעות של שמות פרטיים שהם גם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אלפביתי וזיהוי אותיות שימוש בתחילת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בקצרה על משמעות השם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 פירוש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טיפות מים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זמן עליית השמש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הפוך מחושך, מאיר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טל אכן פירושו טיפות מים שמופיעות בבוקר על הצמחים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נוי פירושו יופי וקישוט, לא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(הפוך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(שמחה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(יופי וקישוט)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(טיפות מים בבוקר)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אלפביתי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אותיות שימוש בתחילת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האות ו, והמילה בלעדיה היא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האות ב, והמילה בלעדיה היא שחר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תקינה: שם כמו טל/אור/גיל/נוי/שחר עם הפירוש הנכון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אות שמתווספת בתחילת מילה, דוגמה כמו ו, ב, ל או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הסדר הנכון: אור, גיל, טל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'מי יודע מה המשמעות של השם שלו?' כדי לעורר 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זיהוי אותיות השימוש על הלוח לפני מילוי הדף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האישית אפשר לעודד שיתוף בין תלמידים שרוצים לספר על שמם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שלשמות פרטיים רבים יש משמעות - חלקם הם מילים רגילות בעברית כמו אור, טל וגיל. בדף זה נתרגל את השמות הללו, את הסדר האלפביתי שלהם ואת האותיות שמתווספות להם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טל  ·  אור  ·  שחר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מה פירוש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השם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טיפות מים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יופי וקישוט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השם שחר?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טיפות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 עליית השמש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הפוך מחושך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של השם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הפוך מחושך,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טיפות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השם טל הוא גם מילה שמתארת טיפות מים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השם נוי קשור לחושך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בבוקר מוקדם, ב__________, הציפורים מתחילות לשיר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על העלים היו טיפות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הדלקנו נר, והיה __________ בחדר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יופי וקישוט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טיפות מים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שמחה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הפוך מחושך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אלפביתי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אותיות שימוש בתחילת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במילה 'ולטל' יש אות שימוש בתחילת המילה. מהי האות, ומה המילה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במילה 'בשחר' יש אות שימוש בתחילת המילה. מהי האות, ומה המילה בלעדיה?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אחד שהוא גם מילה בעברית, ומה פירושו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אות שימוש?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